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השורש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שאינה שייכת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ר-ק-ד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ש-ח-ק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בה את האותיות כ, ת,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בה את האות ר במקום הנכון ואין קשר משמעות לשורש שמ-ר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בה את כל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בה את כל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בה את האות ד, וגם המשמעות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רקדו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(ג-ד-ל)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(ש-ח-ק)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מצאו את המילה שאינה שייכת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 - אין בה את השורש ש-מ-ר, היא מילה אחרת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כתם - אין בה קשר למשמעות הכתיבה למרות הדמיון באותיות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גדר - משמעות שונה לגמרי, אין קשר לגדילה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בונים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 מילים עם האותיות ר, ק, ד בסדר הנכון ומשפט תקין המשתמש באחת מהן, למשל: רקדנית, ריקודים, ירקוד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האותיות העיקריות החוזרות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-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עם שורש נכון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משותפת על 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בכיתה את המילים שנמצאו ולבדוק הבנה של מושג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מילה יש שורש. מילים עם אותו שורש הן משפחה אחת. נתרגל למצוא שורשים ולבנות משפחות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שחוזרות בכל מילות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תלת עיצורי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שבנוי משלוש אותיות, למשל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שהיא חלק מהשורש ולא תוספת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נגזרת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שנוצרה מתוספת אותיות לשורש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לשורש ואינן חלק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יש במילה הכתיבו?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יש במילה התלמדנו?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מ-ד-נ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ה-ת-ל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שורש יש במילה ישמרו?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י-ש-מ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מ-ר-ו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ש-ר-ו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שורש יש במילה מתגדלים?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ג-ד-ל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מ-ת-ג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ד-ל-י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ג-ל-ם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שורש יש במילה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ר-ו-ק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ק-ד-ו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ר-ק-ד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ד-ו-ת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שורש יש במילה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מ-ש-ח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ח-ק-י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ש-ק-ם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מכתבה שייכת למשפחת השורש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ספר שייכת למשפחת השורש ש-מ-ר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גדול שייכת למשפחת השורש ג-ד-ל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שוחק שייכת למשפחת השורש ש-ח-ק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רקיע שייכת למשפחת השורש ר-ק-ד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השוטר __________ על הסדר ברחוב (שורש ש-מ-ר)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__________ במגרש אחרי הלימודים (שורש ש-ח-ק)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התלמידה __________ שיעורי בית בכל יום (שורש כ-ת-ב)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העץ __________ גבוה מאוד בגינה (שורש ג-ד-ל)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הרקדנים __________ על הבמה בהצגה (שורש ר-ק-ד)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מצאו את המילה שאינה שייכת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באילו מהמילים: שמירה, משמר, שמש, שומר - איזו מילה אינה שייכת למשפחת השורש ש-מ-ר?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מהמילים: מכתב, כתובת, כתם, כתיבה - איזו מילה אינה שייכת למשפחת השורש כ-ת-ב?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מהמילים: גדול, מגדל, גדר, התגדלות - איזו מילה אינה שייכת למשפחת השורש ג-ד-ל?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בונים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מאותה משפחה של השורש ר-ק-ד, והשתמשו באחת מהן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למילה ולשורש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