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למצוא את השורש של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משפחת מילים מאותו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מילה שאינה שייכת למשפחה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מצאו את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כ-ת-ב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ש-מ-ר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יש בה את האותיות כ, ת,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בה את כל אותיות השורש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לשורש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(כ-ת-ב)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(ש-מ-ר)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(ר-ק-ד)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מצאו את המילה שאינה שייכת למשפחה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שמש - אין בה את השורש ש-מ-ר, היא מילה אחרת לגמרי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גדר - משמעות שונה לגמרי, אין קשר לגדילה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בונים משפחת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שלוש מילים עם האותיות ר, ק, ד בסדר הנכון ומשפט תקין המשתמש באחת מהן, למשל: רקדנית, ריקודים, ירקוד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- האותיות העיקריות החוזרות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משפחת מילים - מילים עם אותו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תקינה עם שורש נכון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בדוגמה משותפת על הלוח לפני העבודה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לסכם בכיתה את המילים שנמצאו ולבדוק הבנה של מושג השורש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בעץ המשפחות כל מילה שייכת לבית מסוים לפי השורש שלה. בדף הזה נחזיר מילים שהתפזרו הביתה, ונבדוק מי באמת שייך למשפחה ומי לא.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שומר  ·  משחקים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מצאו את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השורש של המילה הכתיבו?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כ-ת-ב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ה-כ-ת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ת-י-ב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השורש של המילה ישמרו?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י-ש-מ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ש-מ-ר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מ-ר-ו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מכתבה שייכת למשפחת השורש כ-ת-ב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גדול שייכת למשפחת השורש ג-ד-ל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השוטר __________ על הסדר ברחוב (שורש ש-מ-ר)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הילדים __________ במגרש אחרי הלימודים (שורש ש-ח-ק)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לשורש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ר-ק-ד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שמירה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כ-ת-ב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ריקוד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ש-מ-ר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מצאו את המילה שאינה שייכת למשפחה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באילו מהמילים: שמירה, משמר, שמש, שומר - איזו מילה אינה שייכת למשפחת השורש ש-מ-ר? נמקו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באילו מהמילים: גדול, מגדל, גדר, התגדלות - איזו מילה אינה שייכת למשפחת השורש ג-ד-ל? נמקו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בונים 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 מילים נוספות מאותה משפחה של השורש ר-ק-ד, והשתמשו באחת מהן במשפט שלם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זו משפחת מילים?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 ומשפחת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